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מסכם · האות החסרה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לזהות איזו אות שורש חסרה או נחה – ואיפה.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🔍 האות החסרה (מסכם).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באמצע · ק־י/ו־ם · ע״ו/י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נ־פ־ל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י/ו־ס־ף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 · בהתחלה · י/ו־ד־ע · פ״י/ו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 · בהתחלה · נ־ב־ט · פ״נ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י/ו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ע־ל־י/ה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🔍 מסכם · האות החסרה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האות החסרה.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השלימו את האות החסרה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איזו אות חסרה (נ / י/ו / י/ה), איפה היא (בהתחלה / באמצע / בסוף), ואת הגזרה.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הפועל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השורש עם חור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ומקומה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הגזרה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הֵקִימוּ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ק־___־ם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הִפִּילָה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___־פ־ל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הוֹסִיף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___־ס־ף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הוֹדִיעוּ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___־ד־ע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הִבִּיט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___־ב־ט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בחרו את האות החסרה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„טָסָה” – השורש ט־___־ס.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„עָלָה” – השורש ע־ל־___.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„זָז” – השורש ז־___־ז.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„הוֹבִיל” – השורש ___־ב־ל. איזו אות חסרה?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י/ו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כתבו את השורש המלא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עָלָה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הֵבַנְתִּי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שַׂמְתִּי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האות שהתחבאה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משלכם עם פעלים שחסרה בהם אות שורש.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פועל אחד מכל גזרה – אם אפשר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„פִּנּוּ”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מסכם · האות החסרה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