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חידון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לבדוק הבנה: שורשים, גזרות, בניינים וכללים.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🏆 חידון (מסכם).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י/ו־ש־ן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נ׳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־וֹת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מבחן הפעיל: מעבירים להפעיל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הֵקִים – ע״ו/י; הִפִּיל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דגש באות הראשונה ← נ׳ חסרה (נ־פ־ל); בלי דגש ← י/ו באמצע (ק־י/ו־ם).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מסכם · חידון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חידון.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ב־נ־י/ה  |  ז־י/ו־ז  |  ט־י/ו־ס  |  י/ו־ב־ל  |  י/ו־ד־ע  |  י/ו־ל־ד  |  י/ו־ס־ף  |  י/ו־ר־ד  |  י/ו־ש־ב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השורש של „כִּבָּה”?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כ־י/ו־ב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כ־ב־י/ה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נ־כ־ב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השורש של „אִישַׁן”?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י/ו־ש־ן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נ־ש־ן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ש־י/ו־ן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לאיזו גזרה שייך „הֵכִין”?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לאיזו גזרה שייך „קָנְתָה”?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מה עושים בצעד הראשון?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מעבירים ל„הוא אתמול”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סופרים אותיות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מוסיפים י/ו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נשארו 2 אותיות ויש דגש בראשונה. מה חסר?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נ׳ 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ה׳ בסוף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7. איך מסתיים שם הפועל בגזרת ל״ה/י?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־וֹת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־ִים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־ָה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8. קיבלתם תבנית הוּ_ַ_ ולא בטוחים בגזרה. מה עושים?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מבחן הפעיל: מעבירים להפעיל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מוסיפים נ׳ 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סופרים את הניקוד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הֵקִים והִפִּיל שייכים לאותה גזרה.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פתוחות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הסבירו מה ההבדל בין הִפִּיל להֵקִים בדרך למציאת השורש.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השאלה הכי קשה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איזו שאלה בחידון הייתה הכי קשה? הסבירו מה הטעה ואיך תזהו בפעם הבאה.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כתבו את הכלל במילים שלכם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„שָׁרָה”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חידון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