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מסכם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חידון.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„הֵבַנְתִּי”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ב־י/ו־ן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נ־ב־ן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ב־ן־י/ה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„אִישַׁן”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י/ו־ש־ן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נ־ש־ן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ש־ן־י/ה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„רָץ”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ר־ץ־י/ה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נ־ר־ץ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ר־י/ו־ץ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„הִגִּיעַ”?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„הוֹדִיעוּ”?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„נִבְנָה”?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„צִפּוּ”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חידון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