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חידון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לבדוק הבנה: שורשים, גזרות, בניינים וכללים.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🏆 חידון (מסכם).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ז־י/ו־ן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ר־י/ו־ץ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נ׳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־וֹת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מבחן הפעיל: מעבירים להפעיל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בצירה: הֵקִים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הֵקִים – ע״ו/י; הִפִּיל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הה׳ במפיק נשמעת – שורש שלם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 באות הראשונה ← נ׳ חסרה (נ־פ־ל); בלי דגש ← י/ו באמצע (ק־י/ו־ם).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מסכם · חידון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חידון – מסכם: כל הגזרות יחד.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אמריקאיות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השורש של „נִזּוֹן”?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י/ו־ז־ן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נ־ז־ן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ז־ן־י/ה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ז־י/ו־ן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השורש של „רָץ”?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נ־ר־ץ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ר־ץ־י/ה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ר־י/ו־ץ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י/ו־ר־ץ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השורש של „הֵעִיר”?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ע־ר־י/ה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ע־י/ו־ר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נ־ע־ר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י/ו־ע־ר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השורש של „לְהוֹרִיד”?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י/ו־ר־ד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ר־י/ו־ד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ר־ד־י/ה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נ־ר־ד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לאיזו גזרה שייך „הוּרַם”?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פ״נ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לאיזו גזרה שייך „מוֹטַט”?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פ״נ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לאיזו גזרה שייך „נוֹתְרָה”?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פ״נ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מה עושים בצעד הראשון?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מעבירים ל„הוא אתמול”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סופרים אותיות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מוסיפים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נשארו 2 אותיות ויש דגש בראשונה. מה חסר?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נ׳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ה׳ בסוף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10. איך מסתיים שם הפועל בגזרת ל״ה/י?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־וֹת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־ִים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־ָה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11. קיבלתם תבנית הוּ_ַ_ ולא בטוחים בגזרה.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מבחן הפעיל: מעבירים להפעיל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מוסיפים נ׳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סופרים את הניקוד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12. באיזה בניין „הֵזִיזוּ”?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התפעל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13. באיזה בניין „הוֹסִיף”?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התפעל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פועל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„הוא אתמול” של ל״ה/י מסתיים בצליל ָה.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בהפעיל, פ״י/ו נשמע בדרך כלל הוֹ־: הוֹרִיד.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 של ע״ו/י הה׳ מנוקדת בחיריק: „הִקִים”.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הֵקִים והִפִּיל שייכים לאותה גזרה.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 אחרי השמטת המוספיות נשארו 2 אותיות בלי דגש – חסרה י/ו באמצע.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בגָּבַהּ (מלשון גובה) השורש מגזרת ל״ה/י.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פתוחות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הסבירו מה ההבדל בין הִפִּיל להֵקִים בדרך למציאת השורש.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השאלה הכי קשה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איזו שאלה בחידון הייתה הכי קשה? הסבירו מה הטעה ואיך תזהו בפעם הבאה.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הכלל במילים שלכם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„מְעִירָה”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חידון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