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מיון לפי גזרה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🗂️ מיון לפי גזרה (מסכם).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קָנְתָה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לְהוֹרִיד, יָרַד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לָשִׁיר, מְעִירָה, הֵעִיר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מסכם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מיון לפי גזרה.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 לפי גזרה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פועל מבנק המילים בעמודה של הגזרה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לָשִׁיר  |  יָרַד  |  הֵעִיר  |  קָנְתָה  |  לְהוֹרִיד  |  מְעִירָה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🔵 ל״ה/י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🟢 פ״י/ו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🟠 ע״ו/י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🟣 פ״נ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לאיזו גזרה שייך „הִשְׁקָה”?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לאיזו גזרה שייך „רָאִינוּ”?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פ״נ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שני פעלים שמיינתם לעמודות שונות. הסבירו לפי איזה סימן החלטתם.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„נִבְנָה”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מיון לפי גזרה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