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מסכם · מיון לפי גזרה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🎯 מטרה: למיין פעלים לפי גזרה ולנמק את המיון.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⏱️ זמן מומלץ: 30 דקות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👥 מסלול: עולים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המוסכמה בערכה: אות נחה או חסרה נרשמת כ־י/ו (פ״י/ו, ע״ו/י) או י/ה (ל״ה/י); בתשובות התלמידים יש לקבל גם ו׳ או י׳ לבד (למשל ק־ו־ם, ש־י־ר, ב־נ־ה), וגם נ־ג־ש / נ־פ־ל בפ״נ.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רצוי להפעיל את הדף אחרי הפעילות המקבילה באתר: 🗂️ מיון לפי גזרה (מסכם).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תזכורת: גָּבַהּ, תָּמַהּ (ה׳ במפיק) – שורשים שלמים.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בגרסה זו: שפה פשוטה ומשפטים קצרים, ומילון קטן בתחילת הדף. מומלץ לעבור על המילון יחד לפני התרגול.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חלק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א׳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🔵 ל״ה/י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🟢 פ״י/ו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יָרַד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🟠 ע״ו/י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הֵכִין, הֵבַנְתִּי, רָץ, הֵקִימוּ, יָקוּם, מְעִירָה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🟣 פ״נ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הִגִּיעַ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ב׳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לא נכון – בצירה: הֵקִים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לא נכון – הֵקִים – ע״ו/י; הִפִּיל – פ״נ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ג׳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ע״ו/י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פ״נ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ע״ו/י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ד׳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צעדים בסדר נכון, שורש נכון, נימוק לפי סימן (דגש / אות נחה / „הוא אתמול”).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🗂️ מסכם · מיון לפי גזרה – דף תרגול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דף תרגול: מיון לפי גזרה. משפטים קצרים. יש מילון קטן למעלה. 🙂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📖 מילון קטן – מילים חשובות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מילה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הסבר פשוט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שורש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🌱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 אותיות שנותנות למילה את המשמעות (root)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גזרה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🧩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קבוצת שורשים שמתנהגים אותו דבר (verb class)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בניין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🏗️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דפוס של פועל: קל, נפעל, פיעל, פועל, הפעיל, הופעל, התפעל (verb pattern)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מוספיות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✂️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אותיות שהבניין או הזמן מוסיפים לשורש (added letters)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אות נחה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😴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אות שנכתבת ולא נשמעת, או נעלמת (silent letter)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דגש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⚫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נקודה בתוך אות (dot inside a letter)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עבר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מה שקרה כבר (past)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הווה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⏺️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מה שקורה עכשיו (present)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עתיד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⏩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מה שיקרה (future)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מיון לפי גזרה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שימו כל מילה בעמודה הנכונה.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בנק מילים: יָקוּם  |  הֵבַנְתִּי  |  רָץ  |  יָרַד  |  מְעִירָה  |  הֵכִין  |  הִגִּיעַ  |  הֵקִימוּ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🔵 ל״ה/י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🟢 פ״י/ו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🟠 ע״ו/י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🟣 פ״נ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נכון או לא נכון?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נכון או לא נכון? סמנו.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משפט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נכון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לא נכון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„הוא אתמול” של ל״ה/י מסתיים בצליל ָה.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בהפעיל, פ״י/ו נשמע בדרך כלל הוֹ־: הוֹרִיד.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בהפעיל של ע״ו/י הה׳ מנוקדת בחיריק: „הִקִים”.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הֵקִים והִפִּיל שייכים לאותה גזרה.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מה הסימן?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1. לאיזו גזרה שייך „זָז”?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ע״ו/י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ל״ה/י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פ״נ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2. לאיזו גזרה שייך „הִכַּרְתִּי”?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פ״נ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ל״ה/י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פ״י/ו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3. לאיזו גזרה שייך „הֵכִין”?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ע״ו/י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פ״י/ו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פ״נ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ד׳ – הסבר המיון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בחרו שני פעלים שמיינתם לעמודות שונות.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השתמשו במילים: דגש, אות נחה, „הוא אתמול”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השורש של „יִקְנוּ” הוא: 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מילה חדשה שלמדתי: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איך הרגשתי? 😀 🙂 😐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מסכם · מיון לפי גזרה – דף תרגול (עולים)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